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3A85D" w14:textId="77777777" w:rsidR="00BB286D" w:rsidRPr="00234ED0" w:rsidRDefault="00234ED0">
      <w:pPr>
        <w:pStyle w:val="Naslov1"/>
        <w:rPr>
          <w:rFonts w:ascii="Arial" w:hAnsi="Arial" w:cs="Arial"/>
          <w:sz w:val="22"/>
          <w:szCs w:val="22"/>
        </w:rPr>
      </w:pPr>
      <w:proofErr w:type="spellStart"/>
      <w:r w:rsidRPr="00234ED0">
        <w:rPr>
          <w:rFonts w:ascii="Arial" w:hAnsi="Arial" w:cs="Arial"/>
          <w:sz w:val="22"/>
          <w:szCs w:val="22"/>
        </w:rPr>
        <w:t>Obvestilo</w:t>
      </w:r>
      <w:proofErr w:type="spellEnd"/>
      <w:r w:rsidRPr="00234ED0">
        <w:rPr>
          <w:rFonts w:ascii="Arial" w:hAnsi="Arial" w:cs="Arial"/>
          <w:sz w:val="22"/>
          <w:szCs w:val="22"/>
        </w:rPr>
        <w:t xml:space="preserve"> za </w:t>
      </w:r>
      <w:proofErr w:type="spellStart"/>
      <w:r w:rsidRPr="00234ED0">
        <w:rPr>
          <w:rFonts w:ascii="Arial" w:hAnsi="Arial" w:cs="Arial"/>
          <w:sz w:val="22"/>
          <w:szCs w:val="22"/>
        </w:rPr>
        <w:t>uporabnike</w:t>
      </w:r>
      <w:proofErr w:type="spellEnd"/>
      <w:r w:rsidRPr="00234ED0">
        <w:rPr>
          <w:rFonts w:ascii="Arial" w:hAnsi="Arial" w:cs="Arial"/>
          <w:sz w:val="22"/>
          <w:szCs w:val="22"/>
        </w:rPr>
        <w:t xml:space="preserve"> Janes </w:t>
      </w:r>
      <w:proofErr w:type="spellStart"/>
      <w:r w:rsidRPr="00234ED0">
        <w:rPr>
          <w:rFonts w:ascii="Arial" w:hAnsi="Arial" w:cs="Arial"/>
          <w:sz w:val="22"/>
          <w:szCs w:val="22"/>
        </w:rPr>
        <w:t>podatkovne</w:t>
      </w:r>
      <w:proofErr w:type="spellEnd"/>
      <w:r w:rsidRPr="00234ED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34ED0">
        <w:rPr>
          <w:rFonts w:ascii="Arial" w:hAnsi="Arial" w:cs="Arial"/>
          <w:sz w:val="22"/>
          <w:szCs w:val="22"/>
        </w:rPr>
        <w:t>baze</w:t>
      </w:r>
      <w:proofErr w:type="spellEnd"/>
    </w:p>
    <w:p w14:paraId="4AEDD1F4" w14:textId="77777777" w:rsidR="00234ED0" w:rsidRPr="00234ED0" w:rsidRDefault="00234ED0" w:rsidP="00234ED0">
      <w:pPr>
        <w:rPr>
          <w:rFonts w:ascii="Arial" w:hAnsi="Arial" w:cs="Arial"/>
        </w:rPr>
      </w:pPr>
    </w:p>
    <w:p w14:paraId="2ACEC498" w14:textId="185FCF50" w:rsidR="00234ED0" w:rsidRPr="00234ED0" w:rsidRDefault="00234ED0" w:rsidP="00234ED0">
      <w:pPr>
        <w:rPr>
          <w:rFonts w:ascii="Arial" w:hAnsi="Arial" w:cs="Arial"/>
        </w:rPr>
      </w:pPr>
      <w:proofErr w:type="spellStart"/>
      <w:r w:rsidRPr="00234ED0">
        <w:rPr>
          <w:rFonts w:ascii="Arial" w:hAnsi="Arial" w:cs="Arial"/>
        </w:rPr>
        <w:t>Spoštovani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uporabniki</w:t>
      </w:r>
      <w:proofErr w:type="spellEnd"/>
      <w:r w:rsidRPr="00234ED0">
        <w:rPr>
          <w:rFonts w:ascii="Arial" w:hAnsi="Arial" w:cs="Arial"/>
        </w:rPr>
        <w:t xml:space="preserve">. </w:t>
      </w:r>
    </w:p>
    <w:p w14:paraId="3E0EADA9" w14:textId="3C9D972B" w:rsidR="00BB286D" w:rsidRPr="00234ED0" w:rsidRDefault="00234ED0">
      <w:pPr>
        <w:rPr>
          <w:rFonts w:ascii="Arial" w:hAnsi="Arial" w:cs="Arial"/>
        </w:rPr>
      </w:pPr>
      <w:proofErr w:type="spellStart"/>
      <w:r w:rsidRPr="00234ED0">
        <w:rPr>
          <w:rFonts w:ascii="Arial" w:hAnsi="Arial" w:cs="Arial"/>
        </w:rPr>
        <w:t>Obveščamo</w:t>
      </w:r>
      <w:proofErr w:type="spellEnd"/>
      <w:r w:rsidRPr="00234ED0">
        <w:rPr>
          <w:rFonts w:ascii="Arial" w:hAnsi="Arial" w:cs="Arial"/>
        </w:rPr>
        <w:t xml:space="preserve"> vas, da </w:t>
      </w:r>
      <w:r w:rsidR="00274DB7">
        <w:rPr>
          <w:rFonts w:ascii="Arial" w:hAnsi="Arial" w:cs="Arial"/>
        </w:rPr>
        <w:t>je</w:t>
      </w:r>
      <w:r w:rsidRPr="00234ED0">
        <w:rPr>
          <w:rFonts w:ascii="Arial" w:hAnsi="Arial" w:cs="Arial"/>
        </w:rPr>
        <w:t xml:space="preserve"> </w:t>
      </w:r>
      <w:proofErr w:type="spellStart"/>
      <w:r w:rsidR="00274DB7">
        <w:rPr>
          <w:rFonts w:ascii="Arial" w:hAnsi="Arial" w:cs="Arial"/>
        </w:rPr>
        <w:t>omogočen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dostop</w:t>
      </w:r>
      <w:proofErr w:type="spellEnd"/>
      <w:r w:rsidRPr="00234ED0">
        <w:rPr>
          <w:rFonts w:ascii="Arial" w:hAnsi="Arial" w:cs="Arial"/>
        </w:rPr>
        <w:t xml:space="preserve"> do </w:t>
      </w:r>
      <w:proofErr w:type="spellStart"/>
      <w:r w:rsidRPr="00234ED0">
        <w:rPr>
          <w:rFonts w:ascii="Arial" w:hAnsi="Arial" w:cs="Arial"/>
        </w:rPr>
        <w:t>novega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spletnega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portala</w:t>
      </w:r>
      <w:proofErr w:type="spellEnd"/>
      <w:r w:rsidRPr="00234ED0">
        <w:rPr>
          <w:rFonts w:ascii="Arial" w:hAnsi="Arial" w:cs="Arial"/>
        </w:rPr>
        <w:t xml:space="preserve"> Janes!</w:t>
      </w:r>
      <w:r w:rsidRPr="00234ED0">
        <w:rPr>
          <w:rFonts w:ascii="Arial" w:hAnsi="Arial" w:cs="Arial"/>
        </w:rPr>
        <w:br/>
      </w:r>
      <w:r w:rsidRPr="00234ED0">
        <w:rPr>
          <w:rFonts w:ascii="Arial" w:hAnsi="Arial" w:cs="Arial"/>
        </w:rPr>
        <w:br/>
        <w:t xml:space="preserve">Portal, </w:t>
      </w:r>
      <w:proofErr w:type="spellStart"/>
      <w:r w:rsidRPr="00234ED0">
        <w:rPr>
          <w:rFonts w:ascii="Arial" w:hAnsi="Arial" w:cs="Arial"/>
        </w:rPr>
        <w:t>zasnovan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podlagi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projekta</w:t>
      </w:r>
      <w:proofErr w:type="spellEnd"/>
      <w:r w:rsidRPr="00234ED0">
        <w:rPr>
          <w:rFonts w:ascii="Arial" w:hAnsi="Arial" w:cs="Arial"/>
        </w:rPr>
        <w:t xml:space="preserve"> »od </w:t>
      </w:r>
      <w:proofErr w:type="spellStart"/>
      <w:r w:rsidRPr="00234ED0">
        <w:rPr>
          <w:rFonts w:ascii="Arial" w:hAnsi="Arial" w:cs="Arial"/>
        </w:rPr>
        <w:t>analitikov</w:t>
      </w:r>
      <w:proofErr w:type="spellEnd"/>
      <w:r w:rsidRPr="00234ED0">
        <w:rPr>
          <w:rFonts w:ascii="Arial" w:hAnsi="Arial" w:cs="Arial"/>
        </w:rPr>
        <w:t xml:space="preserve"> za </w:t>
      </w:r>
      <w:proofErr w:type="spellStart"/>
      <w:r w:rsidRPr="00234ED0">
        <w:rPr>
          <w:rFonts w:ascii="Arial" w:hAnsi="Arial" w:cs="Arial"/>
        </w:rPr>
        <w:t>analitike</w:t>
      </w:r>
      <w:proofErr w:type="spellEnd"/>
      <w:r w:rsidRPr="00234ED0">
        <w:rPr>
          <w:rFonts w:ascii="Arial" w:hAnsi="Arial" w:cs="Arial"/>
        </w:rPr>
        <w:t xml:space="preserve">«, </w:t>
      </w:r>
      <w:proofErr w:type="spellStart"/>
      <w:r w:rsidRPr="00234ED0">
        <w:rPr>
          <w:rFonts w:ascii="Arial" w:hAnsi="Arial" w:cs="Arial"/>
        </w:rPr>
        <w:t>omogoča</w:t>
      </w:r>
      <w:proofErr w:type="spellEnd"/>
      <w:r w:rsidRPr="00234ED0">
        <w:rPr>
          <w:rFonts w:ascii="Arial" w:hAnsi="Arial" w:cs="Arial"/>
        </w:rPr>
        <w:t xml:space="preserve"> do 40 % </w:t>
      </w:r>
      <w:proofErr w:type="spellStart"/>
      <w:r w:rsidRPr="00234ED0">
        <w:rPr>
          <w:rFonts w:ascii="Arial" w:hAnsi="Arial" w:cs="Arial"/>
        </w:rPr>
        <w:t>hitrejše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pridobivanje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odgovorov</w:t>
      </w:r>
      <w:proofErr w:type="spellEnd"/>
      <w:r w:rsidRPr="00234ED0">
        <w:rPr>
          <w:rFonts w:ascii="Arial" w:hAnsi="Arial" w:cs="Arial"/>
        </w:rPr>
        <w:t xml:space="preserve"> v </w:t>
      </w:r>
      <w:proofErr w:type="spellStart"/>
      <w:r w:rsidRPr="00234ED0">
        <w:rPr>
          <w:rFonts w:ascii="Arial" w:hAnsi="Arial" w:cs="Arial"/>
        </w:rPr>
        <w:t>primerjavi</w:t>
      </w:r>
      <w:proofErr w:type="spellEnd"/>
      <w:r w:rsidRPr="00234ED0">
        <w:rPr>
          <w:rFonts w:ascii="Arial" w:hAnsi="Arial" w:cs="Arial"/>
        </w:rPr>
        <w:t xml:space="preserve"> z </w:t>
      </w:r>
      <w:proofErr w:type="spellStart"/>
      <w:r w:rsidRPr="00234ED0">
        <w:rPr>
          <w:rFonts w:ascii="Arial" w:hAnsi="Arial" w:cs="Arial"/>
        </w:rPr>
        <w:t>obstoječo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platformo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ter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bistveno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poveča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vrednost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vaše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naročnine</w:t>
      </w:r>
      <w:proofErr w:type="spellEnd"/>
      <w:r w:rsidRPr="00234ED0">
        <w:rPr>
          <w:rFonts w:ascii="Arial" w:hAnsi="Arial" w:cs="Arial"/>
        </w:rPr>
        <w:t>.</w:t>
      </w:r>
      <w:r w:rsidRPr="00234ED0">
        <w:rPr>
          <w:rFonts w:ascii="Arial" w:hAnsi="Arial" w:cs="Arial"/>
        </w:rPr>
        <w:br/>
      </w:r>
      <w:r w:rsidRPr="00234ED0">
        <w:rPr>
          <w:rFonts w:ascii="Arial" w:hAnsi="Arial" w:cs="Arial"/>
        </w:rPr>
        <w:br/>
        <w:t xml:space="preserve">Kaj </w:t>
      </w:r>
      <w:proofErr w:type="spellStart"/>
      <w:r w:rsidRPr="00234ED0">
        <w:rPr>
          <w:rFonts w:ascii="Arial" w:hAnsi="Arial" w:cs="Arial"/>
        </w:rPr>
        <w:t>prinaša</w:t>
      </w:r>
      <w:proofErr w:type="spellEnd"/>
      <w:r w:rsidRPr="00234ED0">
        <w:rPr>
          <w:rFonts w:ascii="Arial" w:hAnsi="Arial" w:cs="Arial"/>
        </w:rPr>
        <w:t xml:space="preserve"> nova </w:t>
      </w:r>
      <w:proofErr w:type="spellStart"/>
      <w:r w:rsidRPr="00234ED0">
        <w:rPr>
          <w:rFonts w:ascii="Arial" w:hAnsi="Arial" w:cs="Arial"/>
        </w:rPr>
        <w:t>izkušnja</w:t>
      </w:r>
      <w:proofErr w:type="spellEnd"/>
      <w:r w:rsidRPr="00234ED0">
        <w:rPr>
          <w:rFonts w:ascii="Arial" w:hAnsi="Arial" w:cs="Arial"/>
        </w:rPr>
        <w:t>?</w:t>
      </w:r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Hitrejše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iskanje</w:t>
      </w:r>
      <w:proofErr w:type="spellEnd"/>
      <w:r w:rsidRPr="00234ED0">
        <w:rPr>
          <w:rFonts w:ascii="Arial" w:hAnsi="Arial" w:cs="Arial"/>
        </w:rPr>
        <w:t xml:space="preserve"> – </w:t>
      </w:r>
      <w:proofErr w:type="spellStart"/>
      <w:r w:rsidRPr="00234ED0">
        <w:rPr>
          <w:rFonts w:ascii="Arial" w:hAnsi="Arial" w:cs="Arial"/>
        </w:rPr>
        <w:t>dostop</w:t>
      </w:r>
      <w:proofErr w:type="spellEnd"/>
      <w:r w:rsidRPr="00234ED0">
        <w:rPr>
          <w:rFonts w:ascii="Arial" w:hAnsi="Arial" w:cs="Arial"/>
        </w:rPr>
        <w:t xml:space="preserve"> do </w:t>
      </w:r>
      <w:proofErr w:type="spellStart"/>
      <w:r w:rsidRPr="00234ED0">
        <w:rPr>
          <w:rFonts w:ascii="Arial" w:hAnsi="Arial" w:cs="Arial"/>
        </w:rPr>
        <w:t>relevantnih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podatkov</w:t>
      </w:r>
      <w:proofErr w:type="spellEnd"/>
      <w:r w:rsidRPr="00234ED0">
        <w:rPr>
          <w:rFonts w:ascii="Arial" w:hAnsi="Arial" w:cs="Arial"/>
        </w:rPr>
        <w:t xml:space="preserve"> in </w:t>
      </w:r>
      <w:proofErr w:type="spellStart"/>
      <w:r w:rsidRPr="00234ED0">
        <w:rPr>
          <w:rFonts w:ascii="Arial" w:hAnsi="Arial" w:cs="Arial"/>
        </w:rPr>
        <w:t>analiz</w:t>
      </w:r>
      <w:proofErr w:type="spellEnd"/>
      <w:r w:rsidRPr="00234ED0">
        <w:rPr>
          <w:rFonts w:ascii="Arial" w:hAnsi="Arial" w:cs="Arial"/>
        </w:rPr>
        <w:t xml:space="preserve"> v </w:t>
      </w:r>
      <w:proofErr w:type="spellStart"/>
      <w:r w:rsidRPr="00234ED0">
        <w:rPr>
          <w:rFonts w:ascii="Arial" w:hAnsi="Arial" w:cs="Arial"/>
        </w:rPr>
        <w:t>nekaj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klikih</w:t>
      </w:r>
      <w:proofErr w:type="spellEnd"/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Povečana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interaktivnost</w:t>
      </w:r>
      <w:proofErr w:type="spellEnd"/>
      <w:r w:rsidRPr="00234ED0">
        <w:rPr>
          <w:rFonts w:ascii="Arial" w:hAnsi="Arial" w:cs="Arial"/>
        </w:rPr>
        <w:t xml:space="preserve"> – </w:t>
      </w:r>
      <w:proofErr w:type="spellStart"/>
      <w:r w:rsidRPr="00234ED0">
        <w:rPr>
          <w:rFonts w:ascii="Arial" w:hAnsi="Arial" w:cs="Arial"/>
        </w:rPr>
        <w:t>vsebine</w:t>
      </w:r>
      <w:proofErr w:type="spellEnd"/>
      <w:r w:rsidRPr="00234ED0">
        <w:rPr>
          <w:rFonts w:ascii="Arial" w:hAnsi="Arial" w:cs="Arial"/>
        </w:rPr>
        <w:t xml:space="preserve"> Janes </w:t>
      </w:r>
      <w:proofErr w:type="spellStart"/>
      <w:r w:rsidRPr="00234ED0">
        <w:rPr>
          <w:rFonts w:ascii="Arial" w:hAnsi="Arial" w:cs="Arial"/>
        </w:rPr>
        <w:t>lahko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analizirate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bolj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poglobljeno</w:t>
      </w:r>
      <w:proofErr w:type="spellEnd"/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Enostaven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izvoz</w:t>
      </w:r>
      <w:proofErr w:type="spellEnd"/>
      <w:r w:rsidRPr="00234ED0">
        <w:rPr>
          <w:rFonts w:ascii="Arial" w:hAnsi="Arial" w:cs="Arial"/>
        </w:rPr>
        <w:t xml:space="preserve"> – </w:t>
      </w:r>
      <w:proofErr w:type="spellStart"/>
      <w:r w:rsidRPr="00234ED0">
        <w:rPr>
          <w:rFonts w:ascii="Arial" w:hAnsi="Arial" w:cs="Arial"/>
        </w:rPr>
        <w:t>podatke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lahko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hitro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prenesete</w:t>
      </w:r>
      <w:proofErr w:type="spellEnd"/>
      <w:r w:rsidRPr="00234ED0">
        <w:rPr>
          <w:rFonts w:ascii="Arial" w:hAnsi="Arial" w:cs="Arial"/>
        </w:rPr>
        <w:t xml:space="preserve"> v Microsoft Office </w:t>
      </w:r>
      <w:proofErr w:type="spellStart"/>
      <w:r w:rsidRPr="00234ED0">
        <w:rPr>
          <w:rFonts w:ascii="Arial" w:hAnsi="Arial" w:cs="Arial"/>
        </w:rPr>
        <w:t>formate</w:t>
      </w:r>
      <w:proofErr w:type="spellEnd"/>
      <w:r w:rsidRPr="00234ED0">
        <w:rPr>
          <w:rFonts w:ascii="Arial" w:hAnsi="Arial" w:cs="Arial"/>
        </w:rPr>
        <w:br/>
      </w:r>
      <w:r w:rsidRPr="00234ED0">
        <w:rPr>
          <w:rFonts w:ascii="Arial" w:hAnsi="Arial" w:cs="Arial"/>
        </w:rPr>
        <w:br/>
      </w:r>
      <w:proofErr w:type="spellStart"/>
      <w:r w:rsidRPr="00234ED0">
        <w:rPr>
          <w:rFonts w:ascii="Arial" w:hAnsi="Arial" w:cs="Arial"/>
        </w:rPr>
        <w:t>Dostopne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vsebine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vključujejo</w:t>
      </w:r>
      <w:proofErr w:type="spellEnd"/>
      <w:r w:rsidRPr="00234ED0">
        <w:rPr>
          <w:rFonts w:ascii="Arial" w:hAnsi="Arial" w:cs="Arial"/>
        </w:rPr>
        <w:t>:</w:t>
      </w:r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Vojaško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opremo</w:t>
      </w:r>
      <w:proofErr w:type="spellEnd"/>
      <w:r w:rsidRPr="00234ED0">
        <w:rPr>
          <w:rFonts w:ascii="Arial" w:hAnsi="Arial" w:cs="Arial"/>
        </w:rPr>
        <w:t xml:space="preserve"> (</w:t>
      </w:r>
      <w:proofErr w:type="spellStart"/>
      <w:r w:rsidRPr="00234ED0">
        <w:rPr>
          <w:rFonts w:ascii="Arial" w:hAnsi="Arial" w:cs="Arial"/>
        </w:rPr>
        <w:t>kopenska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pomorska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zračna</w:t>
      </w:r>
      <w:proofErr w:type="spellEnd"/>
      <w:r w:rsidRPr="00234ED0">
        <w:rPr>
          <w:rFonts w:ascii="Arial" w:hAnsi="Arial" w:cs="Arial"/>
        </w:rPr>
        <w:t xml:space="preserve"> in </w:t>
      </w:r>
      <w:proofErr w:type="spellStart"/>
      <w:r w:rsidRPr="00234ED0">
        <w:rPr>
          <w:rFonts w:ascii="Arial" w:hAnsi="Arial" w:cs="Arial"/>
        </w:rPr>
        <w:t>vesoljska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sredstva</w:t>
      </w:r>
      <w:proofErr w:type="spellEnd"/>
      <w:r w:rsidRPr="00234ED0">
        <w:rPr>
          <w:rFonts w:ascii="Arial" w:hAnsi="Arial" w:cs="Arial"/>
        </w:rPr>
        <w:t>)</w:t>
      </w:r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Vojaške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zmogljivosti</w:t>
      </w:r>
      <w:proofErr w:type="spellEnd"/>
      <w:r w:rsidRPr="00234ED0">
        <w:rPr>
          <w:rFonts w:ascii="Arial" w:hAnsi="Arial" w:cs="Arial"/>
        </w:rPr>
        <w:t xml:space="preserve"> (</w:t>
      </w:r>
      <w:proofErr w:type="spellStart"/>
      <w:r w:rsidRPr="00234ED0">
        <w:rPr>
          <w:rFonts w:ascii="Arial" w:hAnsi="Arial" w:cs="Arial"/>
        </w:rPr>
        <w:t>enote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nameščenost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inventar</w:t>
      </w:r>
      <w:proofErr w:type="spellEnd"/>
      <w:r w:rsidRPr="00234ED0">
        <w:rPr>
          <w:rFonts w:ascii="Arial" w:hAnsi="Arial" w:cs="Arial"/>
        </w:rPr>
        <w:t>)</w:t>
      </w:r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Dogodke</w:t>
      </w:r>
      <w:proofErr w:type="spellEnd"/>
      <w:r w:rsidRPr="00234ED0">
        <w:rPr>
          <w:rFonts w:ascii="Arial" w:hAnsi="Arial" w:cs="Arial"/>
        </w:rPr>
        <w:t xml:space="preserve"> (</w:t>
      </w:r>
      <w:proofErr w:type="spellStart"/>
      <w:r w:rsidRPr="00234ED0">
        <w:rPr>
          <w:rFonts w:ascii="Arial" w:hAnsi="Arial" w:cs="Arial"/>
        </w:rPr>
        <w:t>terorizem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protesti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politična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nestabilnost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itd</w:t>
      </w:r>
      <w:proofErr w:type="spellEnd"/>
      <w:r w:rsidRPr="00234ED0">
        <w:rPr>
          <w:rFonts w:ascii="Arial" w:hAnsi="Arial" w:cs="Arial"/>
        </w:rPr>
        <w:t>.)</w:t>
      </w:r>
      <w:r w:rsidRPr="00234ED0">
        <w:rPr>
          <w:rFonts w:ascii="Arial" w:hAnsi="Arial" w:cs="Arial"/>
        </w:rPr>
        <w:br/>
        <w:t xml:space="preserve">• </w:t>
      </w:r>
      <w:proofErr w:type="spellStart"/>
      <w:r w:rsidRPr="00234ED0">
        <w:rPr>
          <w:rFonts w:ascii="Arial" w:hAnsi="Arial" w:cs="Arial"/>
        </w:rPr>
        <w:t>Organizacije</w:t>
      </w:r>
      <w:proofErr w:type="spellEnd"/>
      <w:r w:rsidRPr="00234ED0">
        <w:rPr>
          <w:rFonts w:ascii="Arial" w:hAnsi="Arial" w:cs="Arial"/>
        </w:rPr>
        <w:t xml:space="preserve"> (</w:t>
      </w:r>
      <w:proofErr w:type="spellStart"/>
      <w:r w:rsidRPr="00234ED0">
        <w:rPr>
          <w:rFonts w:ascii="Arial" w:hAnsi="Arial" w:cs="Arial"/>
        </w:rPr>
        <w:t>nedržavni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akterji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državne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ustanove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podjetja</w:t>
      </w:r>
      <w:proofErr w:type="spellEnd"/>
      <w:r w:rsidRPr="00234ED0">
        <w:rPr>
          <w:rFonts w:ascii="Arial" w:hAnsi="Arial" w:cs="Arial"/>
        </w:rPr>
        <w:t>)</w:t>
      </w:r>
      <w:r w:rsidRPr="00234ED0">
        <w:rPr>
          <w:rFonts w:ascii="Arial" w:hAnsi="Arial" w:cs="Arial"/>
        </w:rPr>
        <w:br/>
        <w:t xml:space="preserve">• Novice in </w:t>
      </w:r>
      <w:proofErr w:type="spellStart"/>
      <w:r w:rsidRPr="00234ED0">
        <w:rPr>
          <w:rFonts w:ascii="Arial" w:hAnsi="Arial" w:cs="Arial"/>
        </w:rPr>
        <w:t>analize</w:t>
      </w:r>
      <w:proofErr w:type="spellEnd"/>
      <w:r w:rsidRPr="00234ED0">
        <w:rPr>
          <w:rFonts w:ascii="Arial" w:hAnsi="Arial" w:cs="Arial"/>
        </w:rPr>
        <w:br/>
      </w:r>
      <w:r w:rsidRPr="00234ED0">
        <w:rPr>
          <w:rFonts w:ascii="Arial" w:hAnsi="Arial" w:cs="Arial"/>
        </w:rPr>
        <w:br/>
      </w:r>
      <w:proofErr w:type="spellStart"/>
      <w:r w:rsidRPr="00234ED0">
        <w:rPr>
          <w:rFonts w:ascii="Arial" w:hAnsi="Arial" w:cs="Arial"/>
        </w:rPr>
        <w:t>Vsebina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bo</w:t>
      </w:r>
      <w:proofErr w:type="spellEnd"/>
      <w:r w:rsidRPr="00234ED0">
        <w:rPr>
          <w:rFonts w:ascii="Arial" w:hAnsi="Arial" w:cs="Arial"/>
        </w:rPr>
        <w:t xml:space="preserve"> v </w:t>
      </w:r>
      <w:proofErr w:type="spellStart"/>
      <w:r w:rsidRPr="00234ED0">
        <w:rPr>
          <w:rFonts w:ascii="Arial" w:hAnsi="Arial" w:cs="Arial"/>
        </w:rPr>
        <w:t>začetni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fazi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omejena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vendar</w:t>
      </w:r>
      <w:proofErr w:type="spellEnd"/>
      <w:r w:rsidRPr="00234ED0">
        <w:rPr>
          <w:rFonts w:ascii="Arial" w:hAnsi="Arial" w:cs="Arial"/>
        </w:rPr>
        <w:t xml:space="preserve"> se </w:t>
      </w:r>
      <w:proofErr w:type="spellStart"/>
      <w:r w:rsidRPr="00234ED0">
        <w:rPr>
          <w:rFonts w:ascii="Arial" w:hAnsi="Arial" w:cs="Arial"/>
        </w:rPr>
        <w:t>bo</w:t>
      </w:r>
      <w:proofErr w:type="spellEnd"/>
      <w:r w:rsidRPr="00234ED0">
        <w:rPr>
          <w:rFonts w:ascii="Arial" w:hAnsi="Arial" w:cs="Arial"/>
        </w:rPr>
        <w:t xml:space="preserve"> v </w:t>
      </w:r>
      <w:proofErr w:type="spellStart"/>
      <w:r w:rsidRPr="00234ED0">
        <w:rPr>
          <w:rFonts w:ascii="Arial" w:hAnsi="Arial" w:cs="Arial"/>
        </w:rPr>
        <w:t>letu</w:t>
      </w:r>
      <w:proofErr w:type="spellEnd"/>
      <w:r w:rsidRPr="00234ED0">
        <w:rPr>
          <w:rFonts w:ascii="Arial" w:hAnsi="Arial" w:cs="Arial"/>
        </w:rPr>
        <w:t xml:space="preserve"> 2025 in 2026 </w:t>
      </w:r>
      <w:proofErr w:type="spellStart"/>
      <w:r w:rsidRPr="00234ED0">
        <w:rPr>
          <w:rFonts w:ascii="Arial" w:hAnsi="Arial" w:cs="Arial"/>
        </w:rPr>
        <w:t>postopoma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dopolnjevala</w:t>
      </w:r>
      <w:proofErr w:type="spellEnd"/>
      <w:r w:rsidRPr="00234ED0">
        <w:rPr>
          <w:rFonts w:ascii="Arial" w:hAnsi="Arial" w:cs="Arial"/>
        </w:rPr>
        <w:t xml:space="preserve"> z </w:t>
      </w:r>
      <w:proofErr w:type="spellStart"/>
      <w:r w:rsidRPr="00234ED0">
        <w:rPr>
          <w:rFonts w:ascii="Arial" w:hAnsi="Arial" w:cs="Arial"/>
        </w:rPr>
        <w:t>vsebinami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državnih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analiz</w:t>
      </w:r>
      <w:proofErr w:type="spellEnd"/>
      <w:r w:rsidRPr="00234ED0">
        <w:rPr>
          <w:rFonts w:ascii="Arial" w:hAnsi="Arial" w:cs="Arial"/>
        </w:rPr>
        <w:t xml:space="preserve">, CBRN, </w:t>
      </w:r>
      <w:proofErr w:type="spellStart"/>
      <w:r w:rsidRPr="00234ED0">
        <w:rPr>
          <w:rFonts w:ascii="Arial" w:hAnsi="Arial" w:cs="Arial"/>
        </w:rPr>
        <w:t>obrambne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industrije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proračunov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napovedmi</w:t>
      </w:r>
      <w:proofErr w:type="spellEnd"/>
      <w:r w:rsidRPr="00234ED0">
        <w:rPr>
          <w:rFonts w:ascii="Arial" w:hAnsi="Arial" w:cs="Arial"/>
        </w:rPr>
        <w:t xml:space="preserve"> in </w:t>
      </w:r>
      <w:proofErr w:type="spellStart"/>
      <w:r w:rsidRPr="00234ED0">
        <w:rPr>
          <w:rFonts w:ascii="Arial" w:hAnsi="Arial" w:cs="Arial"/>
        </w:rPr>
        <w:t>programi</w:t>
      </w:r>
      <w:proofErr w:type="spellEnd"/>
      <w:r w:rsidRPr="00234ED0">
        <w:rPr>
          <w:rFonts w:ascii="Arial" w:hAnsi="Arial" w:cs="Arial"/>
        </w:rPr>
        <w:t>.</w:t>
      </w:r>
      <w:r w:rsidRPr="00234ED0">
        <w:rPr>
          <w:rFonts w:ascii="Arial" w:hAnsi="Arial" w:cs="Arial"/>
        </w:rPr>
        <w:br/>
      </w:r>
      <w:r w:rsidRPr="00234ED0">
        <w:rPr>
          <w:rFonts w:ascii="Arial" w:hAnsi="Arial" w:cs="Arial"/>
        </w:rPr>
        <w:br/>
        <w:t xml:space="preserve">Za </w:t>
      </w:r>
      <w:proofErr w:type="spellStart"/>
      <w:r w:rsidRPr="00234ED0">
        <w:rPr>
          <w:rFonts w:ascii="Arial" w:hAnsi="Arial" w:cs="Arial"/>
        </w:rPr>
        <w:t>vaše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udobje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bosta</w:t>
      </w:r>
      <w:proofErr w:type="spellEnd"/>
      <w:r w:rsidRPr="00234ED0">
        <w:rPr>
          <w:rFonts w:ascii="Arial" w:hAnsi="Arial" w:cs="Arial"/>
        </w:rPr>
        <w:t xml:space="preserve"> do </w:t>
      </w:r>
      <w:proofErr w:type="spellStart"/>
      <w:r w:rsidRPr="00234ED0">
        <w:rPr>
          <w:rFonts w:ascii="Arial" w:hAnsi="Arial" w:cs="Arial"/>
        </w:rPr>
        <w:t>nadaljnjega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vzporedno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delovala</w:t>
      </w:r>
      <w:proofErr w:type="spellEnd"/>
      <w:r w:rsidRPr="00234ED0">
        <w:rPr>
          <w:rFonts w:ascii="Arial" w:hAnsi="Arial" w:cs="Arial"/>
        </w:rPr>
        <w:t xml:space="preserve"> oba </w:t>
      </w:r>
      <w:proofErr w:type="spellStart"/>
      <w:r w:rsidRPr="00234ED0">
        <w:rPr>
          <w:rFonts w:ascii="Arial" w:hAnsi="Arial" w:cs="Arial"/>
        </w:rPr>
        <w:t>portala</w:t>
      </w:r>
      <w:proofErr w:type="spellEnd"/>
      <w:r w:rsidRPr="00234ED0">
        <w:rPr>
          <w:rFonts w:ascii="Arial" w:hAnsi="Arial" w:cs="Arial"/>
        </w:rPr>
        <w:t>.</w:t>
      </w:r>
      <w:r w:rsidRPr="00234ED0">
        <w:rPr>
          <w:rFonts w:ascii="Arial" w:hAnsi="Arial" w:cs="Arial"/>
        </w:rPr>
        <w:br/>
      </w:r>
      <w:r w:rsidRPr="00234ED0">
        <w:rPr>
          <w:rFonts w:ascii="Arial" w:hAnsi="Arial" w:cs="Arial"/>
        </w:rPr>
        <w:br/>
        <w:t xml:space="preserve">Za </w:t>
      </w:r>
      <w:proofErr w:type="spellStart"/>
      <w:r w:rsidRPr="00234ED0">
        <w:rPr>
          <w:rFonts w:ascii="Arial" w:hAnsi="Arial" w:cs="Arial"/>
        </w:rPr>
        <w:t>dodatna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vprašanja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ali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pomoč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pri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dostopu</w:t>
      </w:r>
      <w:proofErr w:type="spellEnd"/>
      <w:r w:rsidRPr="00234ED0">
        <w:rPr>
          <w:rFonts w:ascii="Arial" w:hAnsi="Arial" w:cs="Arial"/>
        </w:rPr>
        <w:t xml:space="preserve"> so </w:t>
      </w:r>
      <w:proofErr w:type="spellStart"/>
      <w:r w:rsidRPr="00234ED0">
        <w:rPr>
          <w:rFonts w:ascii="Arial" w:hAnsi="Arial" w:cs="Arial"/>
        </w:rPr>
        <w:t>vam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voljo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naši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informatorji</w:t>
      </w:r>
      <w:proofErr w:type="spellEnd"/>
      <w:r w:rsidRPr="00234ED0">
        <w:rPr>
          <w:rFonts w:ascii="Arial" w:hAnsi="Arial" w:cs="Arial"/>
        </w:rPr>
        <w:t xml:space="preserve"> v </w:t>
      </w:r>
      <w:proofErr w:type="spellStart"/>
      <w:r w:rsidRPr="00234ED0">
        <w:rPr>
          <w:rFonts w:ascii="Arial" w:hAnsi="Arial" w:cs="Arial"/>
        </w:rPr>
        <w:t>vseh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naših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knjižničnih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enotah</w:t>
      </w:r>
      <w:proofErr w:type="spellEnd"/>
      <w:r w:rsidRPr="00234ED0">
        <w:rPr>
          <w:rFonts w:ascii="Arial" w:hAnsi="Arial" w:cs="Arial"/>
        </w:rPr>
        <w:t xml:space="preserve"> v </w:t>
      </w:r>
      <w:proofErr w:type="spellStart"/>
      <w:r w:rsidRPr="00234ED0">
        <w:rPr>
          <w:rFonts w:ascii="Arial" w:hAnsi="Arial" w:cs="Arial"/>
        </w:rPr>
        <w:t>Ljubljani</w:t>
      </w:r>
      <w:proofErr w:type="spellEnd"/>
      <w:r w:rsidRPr="00234ED0">
        <w:rPr>
          <w:rFonts w:ascii="Arial" w:hAnsi="Arial" w:cs="Arial"/>
        </w:rPr>
        <w:t xml:space="preserve">, </w:t>
      </w:r>
      <w:proofErr w:type="spellStart"/>
      <w:r w:rsidRPr="00234ED0">
        <w:rPr>
          <w:rFonts w:ascii="Arial" w:hAnsi="Arial" w:cs="Arial"/>
        </w:rPr>
        <w:t>Mariboru</w:t>
      </w:r>
      <w:proofErr w:type="spellEnd"/>
      <w:r w:rsidRPr="00234ED0">
        <w:rPr>
          <w:rFonts w:ascii="Arial" w:hAnsi="Arial" w:cs="Arial"/>
        </w:rPr>
        <w:t xml:space="preserve"> in </w:t>
      </w:r>
      <w:proofErr w:type="spellStart"/>
      <w:r w:rsidRPr="00234ED0">
        <w:rPr>
          <w:rFonts w:ascii="Arial" w:hAnsi="Arial" w:cs="Arial"/>
        </w:rPr>
        <w:t>Vipavi</w:t>
      </w:r>
      <w:proofErr w:type="spellEnd"/>
      <w:r w:rsidRPr="00234ED0">
        <w:rPr>
          <w:rFonts w:ascii="Arial" w:hAnsi="Arial" w:cs="Arial"/>
        </w:rPr>
        <w:t>.</w:t>
      </w:r>
    </w:p>
    <w:p w14:paraId="4293B7FB" w14:textId="3D5FFE54" w:rsidR="00BB286D" w:rsidRPr="00234ED0" w:rsidRDefault="00234ED0">
      <w:pPr>
        <w:rPr>
          <w:rFonts w:ascii="Arial" w:hAnsi="Arial" w:cs="Arial"/>
        </w:rPr>
      </w:pPr>
      <w:r w:rsidRPr="00234ED0">
        <w:rPr>
          <w:rFonts w:ascii="Arial" w:hAnsi="Arial" w:cs="Arial"/>
        </w:rPr>
        <w:t>DODATNO OBVESTILO:</w:t>
      </w:r>
    </w:p>
    <w:p w14:paraId="3805F266" w14:textId="77777777" w:rsidR="00BB286D" w:rsidRPr="00234ED0" w:rsidRDefault="00234ED0">
      <w:pPr>
        <w:rPr>
          <w:rFonts w:ascii="Arial" w:hAnsi="Arial" w:cs="Arial"/>
        </w:rPr>
      </w:pPr>
      <w:r w:rsidRPr="00234ED0">
        <w:rPr>
          <w:rFonts w:ascii="Arial" w:hAnsi="Arial" w:cs="Arial"/>
        </w:rPr>
        <w:t xml:space="preserve">Na </w:t>
      </w:r>
      <w:proofErr w:type="spellStart"/>
      <w:r w:rsidRPr="00234ED0">
        <w:rPr>
          <w:rFonts w:ascii="Arial" w:hAnsi="Arial" w:cs="Arial"/>
        </w:rPr>
        <w:t>vrhu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starega</w:t>
      </w:r>
      <w:proofErr w:type="spellEnd"/>
      <w:r w:rsidRPr="00234ED0">
        <w:rPr>
          <w:rFonts w:ascii="Arial" w:hAnsi="Arial" w:cs="Arial"/>
        </w:rPr>
        <w:t xml:space="preserve"> (</w:t>
      </w:r>
      <w:proofErr w:type="spellStart"/>
      <w:r w:rsidRPr="00234ED0">
        <w:rPr>
          <w:rFonts w:ascii="Arial" w:hAnsi="Arial" w:cs="Arial"/>
        </w:rPr>
        <w:t>obstoječega</w:t>
      </w:r>
      <w:proofErr w:type="spellEnd"/>
      <w:r w:rsidRPr="00234ED0">
        <w:rPr>
          <w:rFonts w:ascii="Arial" w:hAnsi="Arial" w:cs="Arial"/>
        </w:rPr>
        <w:t xml:space="preserve">) </w:t>
      </w:r>
      <w:proofErr w:type="spellStart"/>
      <w:r w:rsidRPr="00234ED0">
        <w:rPr>
          <w:rFonts w:ascii="Arial" w:hAnsi="Arial" w:cs="Arial"/>
        </w:rPr>
        <w:t>portala</w:t>
      </w:r>
      <w:proofErr w:type="spellEnd"/>
      <w:r w:rsidRPr="00234ED0">
        <w:rPr>
          <w:rFonts w:ascii="Arial" w:hAnsi="Arial" w:cs="Arial"/>
        </w:rPr>
        <w:t xml:space="preserve"> je </w:t>
      </w:r>
      <w:proofErr w:type="spellStart"/>
      <w:r w:rsidRPr="00234ED0">
        <w:rPr>
          <w:rFonts w:ascii="Arial" w:hAnsi="Arial" w:cs="Arial"/>
        </w:rPr>
        <w:t>viden</w:t>
      </w:r>
      <w:proofErr w:type="spellEnd"/>
      <w:r w:rsidRPr="00234ED0">
        <w:rPr>
          <w:rFonts w:ascii="Arial" w:hAnsi="Arial" w:cs="Arial"/>
        </w:rPr>
        <w:t xml:space="preserve"> moder pas z </w:t>
      </w:r>
      <w:proofErr w:type="spellStart"/>
      <w:r w:rsidRPr="00234ED0">
        <w:rPr>
          <w:rFonts w:ascii="Arial" w:hAnsi="Arial" w:cs="Arial"/>
        </w:rPr>
        <w:t>napisom</w:t>
      </w:r>
      <w:proofErr w:type="spellEnd"/>
      <w:r w:rsidRPr="00234ED0">
        <w:rPr>
          <w:rFonts w:ascii="Arial" w:hAnsi="Arial" w:cs="Arial"/>
        </w:rPr>
        <w:t xml:space="preserve"> »Switch to New Customer Portal«. Ta </w:t>
      </w:r>
      <w:proofErr w:type="spellStart"/>
      <w:r w:rsidRPr="00234ED0">
        <w:rPr>
          <w:rFonts w:ascii="Arial" w:hAnsi="Arial" w:cs="Arial"/>
        </w:rPr>
        <w:t>omogoča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neposreden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prehod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na</w:t>
      </w:r>
      <w:proofErr w:type="spellEnd"/>
      <w:r w:rsidRPr="00234ED0">
        <w:rPr>
          <w:rFonts w:ascii="Arial" w:hAnsi="Arial" w:cs="Arial"/>
        </w:rPr>
        <w:t xml:space="preserve"> novi portal, </w:t>
      </w:r>
      <w:proofErr w:type="spellStart"/>
      <w:r w:rsidRPr="00234ED0">
        <w:rPr>
          <w:rFonts w:ascii="Arial" w:hAnsi="Arial" w:cs="Arial"/>
        </w:rPr>
        <w:t>saj</w:t>
      </w:r>
      <w:proofErr w:type="spellEnd"/>
      <w:r w:rsidRPr="00234ED0">
        <w:rPr>
          <w:rFonts w:ascii="Arial" w:hAnsi="Arial" w:cs="Arial"/>
        </w:rPr>
        <w:t xml:space="preserve"> oba </w:t>
      </w:r>
      <w:proofErr w:type="spellStart"/>
      <w:r w:rsidRPr="00234ED0">
        <w:rPr>
          <w:rFonts w:ascii="Arial" w:hAnsi="Arial" w:cs="Arial"/>
        </w:rPr>
        <w:t>delujeta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vzporedno</w:t>
      </w:r>
      <w:proofErr w:type="spellEnd"/>
      <w:r w:rsidRPr="00234ED0">
        <w:rPr>
          <w:rFonts w:ascii="Arial" w:hAnsi="Arial" w:cs="Arial"/>
        </w:rPr>
        <w:t xml:space="preserve">. </w:t>
      </w:r>
      <w:proofErr w:type="spellStart"/>
      <w:r w:rsidRPr="00234ED0">
        <w:rPr>
          <w:rFonts w:ascii="Arial" w:hAnsi="Arial" w:cs="Arial"/>
        </w:rPr>
        <w:t>Vsa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vsebina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ostaja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dostopna</w:t>
      </w:r>
      <w:proofErr w:type="spellEnd"/>
      <w:r w:rsidRPr="00234ED0">
        <w:rPr>
          <w:rFonts w:ascii="Arial" w:hAnsi="Arial" w:cs="Arial"/>
        </w:rPr>
        <w:t xml:space="preserve"> in </w:t>
      </w:r>
      <w:proofErr w:type="spellStart"/>
      <w:r w:rsidRPr="00234ED0">
        <w:rPr>
          <w:rFonts w:ascii="Arial" w:hAnsi="Arial" w:cs="Arial"/>
        </w:rPr>
        <w:t>nič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bilo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preneseno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ali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izgubljeno</w:t>
      </w:r>
      <w:proofErr w:type="spellEnd"/>
      <w:r w:rsidRPr="00234ED0">
        <w:rPr>
          <w:rFonts w:ascii="Arial" w:hAnsi="Arial" w:cs="Arial"/>
        </w:rPr>
        <w:t xml:space="preserve"> – </w:t>
      </w:r>
      <w:proofErr w:type="spellStart"/>
      <w:r w:rsidRPr="00234ED0">
        <w:rPr>
          <w:rFonts w:ascii="Arial" w:hAnsi="Arial" w:cs="Arial"/>
        </w:rPr>
        <w:t>dostop</w:t>
      </w:r>
      <w:proofErr w:type="spellEnd"/>
      <w:r w:rsidRPr="00234ED0">
        <w:rPr>
          <w:rFonts w:ascii="Arial" w:hAnsi="Arial" w:cs="Arial"/>
        </w:rPr>
        <w:t xml:space="preserve"> do </w:t>
      </w:r>
      <w:proofErr w:type="spellStart"/>
      <w:r w:rsidRPr="00234ED0">
        <w:rPr>
          <w:rFonts w:ascii="Arial" w:hAnsi="Arial" w:cs="Arial"/>
        </w:rPr>
        <w:t>podatkov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imate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tako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preko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starega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kot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novega</w:t>
      </w:r>
      <w:proofErr w:type="spellEnd"/>
      <w:r w:rsidRPr="00234ED0">
        <w:rPr>
          <w:rFonts w:ascii="Arial" w:hAnsi="Arial" w:cs="Arial"/>
        </w:rPr>
        <w:t xml:space="preserve"> </w:t>
      </w:r>
      <w:proofErr w:type="spellStart"/>
      <w:r w:rsidRPr="00234ED0">
        <w:rPr>
          <w:rFonts w:ascii="Arial" w:hAnsi="Arial" w:cs="Arial"/>
        </w:rPr>
        <w:t>vmesnika</w:t>
      </w:r>
      <w:proofErr w:type="spellEnd"/>
      <w:r w:rsidRPr="00234ED0">
        <w:rPr>
          <w:rFonts w:ascii="Arial" w:hAnsi="Arial" w:cs="Arial"/>
        </w:rPr>
        <w:t>.</w:t>
      </w:r>
    </w:p>
    <w:sectPr w:rsidR="00BB286D" w:rsidRPr="00234ED0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Otevilenseznam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Otevilenseznam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Oznaenseznam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Oznaenseznam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Otevile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Oznaenseznam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286935431">
    <w:abstractNumId w:val="8"/>
  </w:num>
  <w:num w:numId="2" w16cid:durableId="1251231987">
    <w:abstractNumId w:val="6"/>
  </w:num>
  <w:num w:numId="3" w16cid:durableId="508444130">
    <w:abstractNumId w:val="5"/>
  </w:num>
  <w:num w:numId="4" w16cid:durableId="1453554137">
    <w:abstractNumId w:val="4"/>
  </w:num>
  <w:num w:numId="5" w16cid:durableId="1879928556">
    <w:abstractNumId w:val="7"/>
  </w:num>
  <w:num w:numId="6" w16cid:durableId="1170752882">
    <w:abstractNumId w:val="3"/>
  </w:num>
  <w:num w:numId="7" w16cid:durableId="1625311327">
    <w:abstractNumId w:val="2"/>
  </w:num>
  <w:num w:numId="8" w16cid:durableId="1520662522">
    <w:abstractNumId w:val="1"/>
  </w:num>
  <w:num w:numId="9" w16cid:durableId="14945649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34ED0"/>
    <w:rsid w:val="00274DB7"/>
    <w:rsid w:val="0029639D"/>
    <w:rsid w:val="00326F90"/>
    <w:rsid w:val="00682883"/>
    <w:rsid w:val="00726945"/>
    <w:rsid w:val="00AA1D8D"/>
    <w:rsid w:val="00B47730"/>
    <w:rsid w:val="00BB286D"/>
    <w:rsid w:val="00CB0664"/>
    <w:rsid w:val="00CB266C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CF36BB"/>
  <w14:defaultImageDpi w14:val="300"/>
  <w15:docId w15:val="{850A1364-C085-4194-95C0-87CCAEB69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FC693F"/>
  </w:style>
  <w:style w:type="paragraph" w:styleId="Naslov1">
    <w:name w:val="heading 1"/>
    <w:basedOn w:val="Navaden"/>
    <w:next w:val="Navaden"/>
    <w:link w:val="Naslov1Znak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E618BF"/>
  </w:style>
  <w:style w:type="paragraph" w:styleId="Noga">
    <w:name w:val="footer"/>
    <w:basedOn w:val="Navaden"/>
    <w:link w:val="NogaZnak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E618BF"/>
  </w:style>
  <w:style w:type="paragraph" w:styleId="Brezrazmikov">
    <w:name w:val="No Spacing"/>
    <w:uiPriority w:val="1"/>
    <w:qFormat/>
    <w:rsid w:val="00FC693F"/>
    <w:pPr>
      <w:spacing w:after="0" w:line="240" w:lineRule="auto"/>
    </w:pPr>
  </w:style>
  <w:style w:type="character" w:customStyle="1" w:styleId="Naslov1Znak">
    <w:name w:val="Naslov 1 Znak"/>
    <w:basedOn w:val="Privzetapisavaodstavka"/>
    <w:link w:val="Naslov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Znak">
    <w:name w:val="Naslov 2 Znak"/>
    <w:basedOn w:val="Privzetapisavaodstavka"/>
    <w:link w:val="Naslov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">
    <w:name w:val="Title"/>
    <w:basedOn w:val="Navaden"/>
    <w:next w:val="Navaden"/>
    <w:link w:val="NaslovZnak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Znak">
    <w:name w:val="Naslov Znak"/>
    <w:basedOn w:val="Privzetapisavaodstavka"/>
    <w:link w:val="Naslov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Znak">
    <w:name w:val="Podnaslov Znak"/>
    <w:basedOn w:val="Privzetapisavaodstavka"/>
    <w:link w:val="Podnaslov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Odstavekseznama">
    <w:name w:val="List Paragraph"/>
    <w:basedOn w:val="Navaden"/>
    <w:uiPriority w:val="34"/>
    <w:qFormat/>
    <w:rsid w:val="00FC693F"/>
    <w:pPr>
      <w:ind w:left="720"/>
      <w:contextualSpacing/>
    </w:pPr>
  </w:style>
  <w:style w:type="paragraph" w:styleId="Telobesedila">
    <w:name w:val="Body Text"/>
    <w:basedOn w:val="Navaden"/>
    <w:link w:val="TelobesedilaZnak"/>
    <w:uiPriority w:val="99"/>
    <w:unhideWhenUsed/>
    <w:rsid w:val="00AA1D8D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rsid w:val="00AA1D8D"/>
  </w:style>
  <w:style w:type="paragraph" w:styleId="Telobesedila2">
    <w:name w:val="Body Text 2"/>
    <w:basedOn w:val="Navaden"/>
    <w:link w:val="Telobesedila2Znak"/>
    <w:uiPriority w:val="99"/>
    <w:unhideWhenUsed/>
    <w:rsid w:val="00AA1D8D"/>
    <w:pPr>
      <w:spacing w:after="120" w:line="480" w:lineRule="auto"/>
    </w:pPr>
  </w:style>
  <w:style w:type="character" w:customStyle="1" w:styleId="Telobesedila2Znak">
    <w:name w:val="Telo besedila 2 Znak"/>
    <w:basedOn w:val="Privzetapisavaodstavka"/>
    <w:link w:val="Telobesedila2"/>
    <w:uiPriority w:val="99"/>
    <w:rsid w:val="00AA1D8D"/>
  </w:style>
  <w:style w:type="paragraph" w:styleId="Telobesedila3">
    <w:name w:val="Body Text 3"/>
    <w:basedOn w:val="Navaden"/>
    <w:link w:val="Telobesedila3Znak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Telobesedila3Znak">
    <w:name w:val="Telo besedila 3 Znak"/>
    <w:basedOn w:val="Privzetapisavaodstavka"/>
    <w:link w:val="Telobesedila3"/>
    <w:uiPriority w:val="99"/>
    <w:rsid w:val="00AA1D8D"/>
    <w:rPr>
      <w:sz w:val="16"/>
      <w:szCs w:val="16"/>
    </w:rPr>
  </w:style>
  <w:style w:type="paragraph" w:styleId="Seznam">
    <w:name w:val="List"/>
    <w:basedOn w:val="Navaden"/>
    <w:uiPriority w:val="99"/>
    <w:unhideWhenUsed/>
    <w:rsid w:val="00AA1D8D"/>
    <w:pPr>
      <w:ind w:left="360" w:hanging="360"/>
      <w:contextualSpacing/>
    </w:pPr>
  </w:style>
  <w:style w:type="paragraph" w:styleId="Seznam2">
    <w:name w:val="List 2"/>
    <w:basedOn w:val="Navaden"/>
    <w:uiPriority w:val="99"/>
    <w:unhideWhenUsed/>
    <w:rsid w:val="00326F90"/>
    <w:pPr>
      <w:ind w:left="720" w:hanging="360"/>
      <w:contextualSpacing/>
    </w:pPr>
  </w:style>
  <w:style w:type="paragraph" w:styleId="Seznam3">
    <w:name w:val="List 3"/>
    <w:basedOn w:val="Navaden"/>
    <w:uiPriority w:val="99"/>
    <w:unhideWhenUsed/>
    <w:rsid w:val="00326F90"/>
    <w:pPr>
      <w:ind w:left="1080" w:hanging="360"/>
      <w:contextualSpacing/>
    </w:pPr>
  </w:style>
  <w:style w:type="paragraph" w:styleId="Oznaenseznam">
    <w:name w:val="List Bullet"/>
    <w:basedOn w:val="Navaden"/>
    <w:uiPriority w:val="99"/>
    <w:unhideWhenUsed/>
    <w:rsid w:val="00326F90"/>
    <w:pPr>
      <w:numPr>
        <w:numId w:val="1"/>
      </w:numPr>
      <w:contextualSpacing/>
    </w:pPr>
  </w:style>
  <w:style w:type="paragraph" w:styleId="Oznaenseznam2">
    <w:name w:val="List Bullet 2"/>
    <w:basedOn w:val="Navaden"/>
    <w:uiPriority w:val="99"/>
    <w:unhideWhenUsed/>
    <w:rsid w:val="00326F90"/>
    <w:pPr>
      <w:numPr>
        <w:numId w:val="2"/>
      </w:numPr>
      <w:contextualSpacing/>
    </w:pPr>
  </w:style>
  <w:style w:type="paragraph" w:styleId="Oznaenseznam3">
    <w:name w:val="List Bullet 3"/>
    <w:basedOn w:val="Navaden"/>
    <w:uiPriority w:val="99"/>
    <w:unhideWhenUsed/>
    <w:rsid w:val="00326F90"/>
    <w:pPr>
      <w:numPr>
        <w:numId w:val="3"/>
      </w:numPr>
      <w:contextualSpacing/>
    </w:pPr>
  </w:style>
  <w:style w:type="paragraph" w:styleId="Otevilenseznam">
    <w:name w:val="List Number"/>
    <w:basedOn w:val="Navaden"/>
    <w:uiPriority w:val="99"/>
    <w:unhideWhenUsed/>
    <w:rsid w:val="00326F90"/>
    <w:pPr>
      <w:numPr>
        <w:numId w:val="5"/>
      </w:numPr>
      <w:contextualSpacing/>
    </w:pPr>
  </w:style>
  <w:style w:type="paragraph" w:styleId="Otevilenseznam2">
    <w:name w:val="List Number 2"/>
    <w:basedOn w:val="Navaden"/>
    <w:uiPriority w:val="99"/>
    <w:unhideWhenUsed/>
    <w:rsid w:val="0029639D"/>
    <w:pPr>
      <w:numPr>
        <w:numId w:val="6"/>
      </w:numPr>
      <w:contextualSpacing/>
    </w:pPr>
  </w:style>
  <w:style w:type="paragraph" w:styleId="Otevilenseznam3">
    <w:name w:val="List Number 3"/>
    <w:basedOn w:val="Navaden"/>
    <w:uiPriority w:val="99"/>
    <w:unhideWhenUsed/>
    <w:rsid w:val="0029639D"/>
    <w:pPr>
      <w:numPr>
        <w:numId w:val="7"/>
      </w:numPr>
      <w:contextualSpacing/>
    </w:pPr>
  </w:style>
  <w:style w:type="paragraph" w:styleId="Seznam-nadaljevanje">
    <w:name w:val="List Continue"/>
    <w:basedOn w:val="Navaden"/>
    <w:uiPriority w:val="99"/>
    <w:unhideWhenUsed/>
    <w:rsid w:val="0029639D"/>
    <w:pPr>
      <w:spacing w:after="120"/>
      <w:ind w:left="360"/>
      <w:contextualSpacing/>
    </w:pPr>
  </w:style>
  <w:style w:type="paragraph" w:styleId="Seznam-nadaljevanje2">
    <w:name w:val="List Continue 2"/>
    <w:basedOn w:val="Navaden"/>
    <w:uiPriority w:val="99"/>
    <w:unhideWhenUsed/>
    <w:rsid w:val="0029639D"/>
    <w:pPr>
      <w:spacing w:after="120"/>
      <w:ind w:left="720"/>
      <w:contextualSpacing/>
    </w:pPr>
  </w:style>
  <w:style w:type="paragraph" w:styleId="Seznam-nadaljevanje3">
    <w:name w:val="List Continue 3"/>
    <w:basedOn w:val="Navaden"/>
    <w:uiPriority w:val="99"/>
    <w:unhideWhenUsed/>
    <w:rsid w:val="0029639D"/>
    <w:pPr>
      <w:spacing w:after="120"/>
      <w:ind w:left="1080"/>
      <w:contextualSpacing/>
    </w:pPr>
  </w:style>
  <w:style w:type="paragraph" w:styleId="Makrobesedilo">
    <w:name w:val="macro"/>
    <w:link w:val="MakrobesediloZnak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krobesediloZnak">
    <w:name w:val="Makro besedilo Znak"/>
    <w:basedOn w:val="Privzetapisavaodstavka"/>
    <w:link w:val="Makrobesedilo"/>
    <w:uiPriority w:val="99"/>
    <w:rsid w:val="0029639D"/>
    <w:rPr>
      <w:rFonts w:ascii="Courier" w:hAnsi="Courier"/>
      <w:sz w:val="20"/>
      <w:szCs w:val="20"/>
    </w:rPr>
  </w:style>
  <w:style w:type="paragraph" w:styleId="Citat">
    <w:name w:val="Quote"/>
    <w:basedOn w:val="Navaden"/>
    <w:next w:val="Navaden"/>
    <w:link w:val="CitatZnak"/>
    <w:uiPriority w:val="29"/>
    <w:qFormat/>
    <w:rsid w:val="00FC693F"/>
    <w:rPr>
      <w:i/>
      <w:iCs/>
      <w:color w:val="000000" w:themeColor="text1"/>
    </w:rPr>
  </w:style>
  <w:style w:type="character" w:customStyle="1" w:styleId="CitatZnak">
    <w:name w:val="Citat Znak"/>
    <w:basedOn w:val="Privzetapisavaodstavka"/>
    <w:link w:val="Citat"/>
    <w:uiPriority w:val="29"/>
    <w:rsid w:val="00FC693F"/>
    <w:rPr>
      <w:i/>
      <w:iCs/>
      <w:color w:val="000000" w:themeColor="text1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pis">
    <w:name w:val="caption"/>
    <w:basedOn w:val="Navaden"/>
    <w:next w:val="Navaden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Krepko">
    <w:name w:val="Strong"/>
    <w:basedOn w:val="Privzetapisavaodstavka"/>
    <w:uiPriority w:val="22"/>
    <w:qFormat/>
    <w:rsid w:val="00FC693F"/>
    <w:rPr>
      <w:b/>
      <w:bCs/>
    </w:rPr>
  </w:style>
  <w:style w:type="character" w:styleId="Poudarek">
    <w:name w:val="Emphasis"/>
    <w:basedOn w:val="Privzetapisavaodstavka"/>
    <w:uiPriority w:val="20"/>
    <w:qFormat/>
    <w:rsid w:val="00FC693F"/>
    <w:rPr>
      <w:i/>
      <w:iCs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FC693F"/>
    <w:rPr>
      <w:b/>
      <w:bCs/>
      <w:i/>
      <w:iCs/>
      <w:color w:val="4F81BD" w:themeColor="accent1"/>
    </w:rPr>
  </w:style>
  <w:style w:type="character" w:styleId="Neenpoudarek">
    <w:name w:val="Subtle Emphasis"/>
    <w:basedOn w:val="Privzetapisavaodstavka"/>
    <w:uiPriority w:val="19"/>
    <w:qFormat/>
    <w:rsid w:val="00FC693F"/>
    <w:rPr>
      <w:i/>
      <w:iCs/>
      <w:color w:val="808080" w:themeColor="text1" w:themeTint="7F"/>
    </w:rPr>
  </w:style>
  <w:style w:type="character" w:styleId="Intenzivenpoudarek">
    <w:name w:val="Intense Emphasis"/>
    <w:basedOn w:val="Privzetapisavaodstavka"/>
    <w:uiPriority w:val="21"/>
    <w:qFormat/>
    <w:rsid w:val="00FC693F"/>
    <w:rPr>
      <w:b/>
      <w:bCs/>
      <w:i/>
      <w:iCs/>
      <w:color w:val="4F81BD" w:themeColor="accent1"/>
    </w:rPr>
  </w:style>
  <w:style w:type="character" w:styleId="Neensklic">
    <w:name w:val="Subtle Reference"/>
    <w:basedOn w:val="Privzetapisavaodstavka"/>
    <w:uiPriority w:val="31"/>
    <w:qFormat/>
    <w:rsid w:val="00FC693F"/>
    <w:rPr>
      <w:smallCaps/>
      <w:color w:val="C0504D" w:themeColor="accent2"/>
      <w:u w:val="single"/>
    </w:rPr>
  </w:style>
  <w:style w:type="character" w:styleId="Intenzivensklic">
    <w:name w:val="Intense Reference"/>
    <w:basedOn w:val="Privzetapisavaodstavka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Naslovknjige">
    <w:name w:val="Book Title"/>
    <w:basedOn w:val="Privzetapisavaodstavka"/>
    <w:uiPriority w:val="33"/>
    <w:qFormat/>
    <w:rsid w:val="00FC693F"/>
    <w:rPr>
      <w:b/>
      <w:bCs/>
      <w:smallCaps/>
      <w:spacing w:val="5"/>
    </w:rPr>
  </w:style>
  <w:style w:type="paragraph" w:styleId="NaslovTOC">
    <w:name w:val="TOC Heading"/>
    <w:basedOn w:val="Naslov1"/>
    <w:next w:val="Navaden"/>
    <w:uiPriority w:val="39"/>
    <w:semiHidden/>
    <w:unhideWhenUsed/>
    <w:qFormat/>
    <w:rsid w:val="00FC693F"/>
    <w:pPr>
      <w:outlineLvl w:val="9"/>
    </w:pPr>
  </w:style>
  <w:style w:type="table" w:styleId="Tabelamrea">
    <w:name w:val="Table Grid"/>
    <w:basedOn w:val="Navadnatabela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osenenje">
    <w:name w:val="Light Shading"/>
    <w:basedOn w:val="Navadnatabela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osenenjepoudarek1">
    <w:name w:val="Light Shading Accent 1"/>
    <w:basedOn w:val="Navadnatabela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vetlosenenjepoudarek2">
    <w:name w:val="Light Shading Accent 2"/>
    <w:basedOn w:val="Navadnatabela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vetlosenenjepoudarek3">
    <w:name w:val="Light Shading Accent 3"/>
    <w:basedOn w:val="Navadnatabela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vetlosenenjepoudarek4">
    <w:name w:val="Light Shading Accent 4"/>
    <w:basedOn w:val="Navadnatabela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vetlosenenjepoudarek5">
    <w:name w:val="Light Shading Accent 5"/>
    <w:basedOn w:val="Navadnatabela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vetlosenenjepoudarek6">
    <w:name w:val="Light Shading Accent 6"/>
    <w:basedOn w:val="Navadnatabela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vetelseznam">
    <w:name w:val="Light List"/>
    <w:basedOn w:val="Navadnatabela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Svetelseznampoudarek1">
    <w:name w:val="Light List Accent 1"/>
    <w:basedOn w:val="Navadnatabela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Svetelseznampoudarek2">
    <w:name w:val="Light List Accent 2"/>
    <w:basedOn w:val="Navadnatabela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Svetelseznampoudarek3">
    <w:name w:val="Light List Accent 3"/>
    <w:basedOn w:val="Navadnatabela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Svetelseznampoudarek4">
    <w:name w:val="Light List Accent 4"/>
    <w:basedOn w:val="Navadnatabela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Svetelseznampoudarek5">
    <w:name w:val="Light List Accent 5"/>
    <w:basedOn w:val="Navadnatabela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vetelseznampoudarek6">
    <w:name w:val="Light List Accent 6"/>
    <w:basedOn w:val="Navadnatabela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Svetlamrea">
    <w:name w:val="Light Grid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Svetlamreapoudarek1">
    <w:name w:val="Light Grid Accent 1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Svetlamreapoudarek2">
    <w:name w:val="Light Grid Accent 2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Svetlamreapoudarek3">
    <w:name w:val="Light Grid Accent 3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Svetlamreapoudarek4">
    <w:name w:val="Light Grid Accent 4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Svetlamreapoudarek5">
    <w:name w:val="Light Grid Accent 5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Svetlamreapoudarek6">
    <w:name w:val="Light Grid Accent 6"/>
    <w:basedOn w:val="Navadnatabela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Srednjesenenje1">
    <w:name w:val="Medium Shading 1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poudarek1">
    <w:name w:val="Medium Shading 1 Accent 1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poudarek2">
    <w:name w:val="Medium Shading 1 Accent 2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poudarek3">
    <w:name w:val="Medium Shading 1 Accent 3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poudarek4">
    <w:name w:val="Medium Shading 1 Accent 4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poudarek5">
    <w:name w:val="Medium Shading 1 Accent 5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poudarek6">
    <w:name w:val="Medium Shading 1 Accent 6"/>
    <w:basedOn w:val="Navadnatabela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2">
    <w:name w:val="Medium Shading 2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esenenje2poudarek1">
    <w:name w:val="Medium Shading 2 Accent 1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esenenje2poudarek2">
    <w:name w:val="Medium Shading 2 Accent 2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esenenje2poudarek3">
    <w:name w:val="Medium Shading 2 Accent 3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esenenje2poudarek4">
    <w:name w:val="Medium Shading 2 Accent 4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esenenje2poudarek5">
    <w:name w:val="Medium Shading 2 Accent 5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esenenje2poudarek6">
    <w:name w:val="Medium Shading 2 Accent 6"/>
    <w:basedOn w:val="Navadnatabela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iseznam1">
    <w:name w:val="Medium List 1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Srednjiseznam1poudarek1">
    <w:name w:val="Medium List 1 Accent 1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rednjiseznam1poudarek2">
    <w:name w:val="Medium List 1 Accent 2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rednjiseznam1poudarek3">
    <w:name w:val="Medium List 1 Accent 3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Srednjiseznam1poudarek4">
    <w:name w:val="Medium List 1 Accent 4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Srednjiseznam1poudarek5">
    <w:name w:val="Medium List 1 Accent 5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Srednjiseznam1poudarek6">
    <w:name w:val="Medium List 1 Accent 6"/>
    <w:basedOn w:val="Navadnatabela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Srednjiseznam2">
    <w:name w:val="Medium List 2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seznam2poudarek1">
    <w:name w:val="Medium List 2 Accent 1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seznam2poudarek2">
    <w:name w:val="Medium List 2 Accent 2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seznam2poudarek3">
    <w:name w:val="Medium List 2 Accent 3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seznam2poudarek4">
    <w:name w:val="Medium List 2 Accent 4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seznam2poudarek5">
    <w:name w:val="Medium List 2 Accent 5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seznam2poudarek6">
    <w:name w:val="Medium List 2 Accent 6"/>
    <w:basedOn w:val="Navadnatabela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amrea1">
    <w:name w:val="Medium Grid 1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Srednjamrea1poudarek1">
    <w:name w:val="Medium Grid 1 Accent 1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Srednjamrea1poudarek2">
    <w:name w:val="Medium Grid 1 Accent 2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Srednjamrea1poudarek3">
    <w:name w:val="Medium Grid 1 Accent 3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rednjamrea1poudarek4">
    <w:name w:val="Medium Grid 1 Accent 4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Srednjamrea1poudarek5">
    <w:name w:val="Medium Grid 1 Accent 5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rednjamrea1poudarek6">
    <w:name w:val="Medium Grid 1 Accent 6"/>
    <w:basedOn w:val="Navadnatabela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rednjamrea2">
    <w:name w:val="Medium Grid 2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2poudarek1">
    <w:name w:val="Medium Grid 2 Accent 1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2poudarek2">
    <w:name w:val="Medium Grid 2 Accent 2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2poudarek3">
    <w:name w:val="Medium Grid 2 Accent 3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2poudarek4">
    <w:name w:val="Medium Grid 2 Accent 4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2poudarek5">
    <w:name w:val="Medium Grid 2 Accent 5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2poudarek6">
    <w:name w:val="Medium Grid 2 Accent 6"/>
    <w:basedOn w:val="Navadnatabela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rednjamrea3">
    <w:name w:val="Medium Grid 3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Srednjamrea3poudarek1">
    <w:name w:val="Medium Grid 3 Accent 1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Srednjamrea3poudarek2">
    <w:name w:val="Medium Grid 3 Accent 2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Srednjamrea3poudarek3">
    <w:name w:val="Medium Grid 3 Accent 3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Srednjamrea3poudarek4">
    <w:name w:val="Medium Grid 3 Accent 4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Srednjamrea3poudarek5">
    <w:name w:val="Medium Grid 3 Accent 5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Srednjamrea3poudarek6">
    <w:name w:val="Medium Grid 3 Accent 6"/>
    <w:basedOn w:val="Navadnatabela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Temenseznam">
    <w:name w:val="Dark List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Temenseznampoudarek1">
    <w:name w:val="Dark List Accent 1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Temenseznampoudarek2">
    <w:name w:val="Dark List Accent 2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Temenseznampoudarek3">
    <w:name w:val="Dark List Accent 3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Temenseznampoudarek4">
    <w:name w:val="Dark List Accent 4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Temenseznampoudarek5">
    <w:name w:val="Dark List Accent 5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Temenseznampoudarek6">
    <w:name w:val="Dark List Accent 6"/>
    <w:basedOn w:val="Navadnatabela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Barvnosenenje">
    <w:name w:val="Colorful Shading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vnosenenjepoudarek1">
    <w:name w:val="Colorful Shading Accent 1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vnosenenjepoudarek2">
    <w:name w:val="Colorful Shading Accent 2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vnosenenjepoudarek3">
    <w:name w:val="Colorful Shading Accent 3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Barvnosenenjepoudarek4">
    <w:name w:val="Colorful Shading Accent 4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vnosenenjepoudarek5">
    <w:name w:val="Colorful Shading Accent 5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vnosenenjepoudarek6">
    <w:name w:val="Colorful Shading Accent 6"/>
    <w:basedOn w:val="Navadnatabela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vniseznam">
    <w:name w:val="Colorful List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Barvniseznampoudarek1">
    <w:name w:val="Colorful List Accent 1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Barvniseznampoudarek2">
    <w:name w:val="Colorful List Accent 2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Barvenseznampoudarek3">
    <w:name w:val="Colorful List Accent 3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Barvniseznampoudarek4">
    <w:name w:val="Colorful List Accent 4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Barvniseznampoudarek5">
    <w:name w:val="Colorful List Accent 5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Barvniseznampoudarek6">
    <w:name w:val="Colorful List Accent 6"/>
    <w:basedOn w:val="Navadnatabela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Barvnamrea">
    <w:name w:val="Colorful Grid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Barvnamreapoudarek1">
    <w:name w:val="Colorful Grid Accent 1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Barvnamreapoudarek2">
    <w:name w:val="Colorful Grid Accent 2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Barvnamreapoudarek3">
    <w:name w:val="Colorful Grid Accent 3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Barvnamreapoudarek4">
    <w:name w:val="Colorful Grid Accent 4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Barvnamreapoudarek5">
    <w:name w:val="Colorful Grid Accent 5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Barvnamreapoudarek6">
    <w:name w:val="Colorful Grid Accent 6"/>
    <w:basedOn w:val="Navadnatabela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1614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MIKO</cp:lastModifiedBy>
  <cp:revision>4</cp:revision>
  <dcterms:created xsi:type="dcterms:W3CDTF">2025-04-14T09:30:00Z</dcterms:created>
  <dcterms:modified xsi:type="dcterms:W3CDTF">2025-04-23T13:41:00Z</dcterms:modified>
  <cp:category/>
</cp:coreProperties>
</file>